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Elektricien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Ruimte / exacte plek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Installatie / groep / apparatuur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Gemelde storing of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Vervangen componenten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Waarnemingen monteur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Apart rapportnummer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NEN-inspectie of certificering.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Elektricien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